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CERTIFICATE OF ORIGIN - GENERAL TEMPLATE</w:t>
      </w:r>
    </w:p>
    <w:p>
      <w:pPr>
        <w:jc w:val="center"/>
      </w:pPr>
      <w:r>
        <w:rPr>
          <w:rFonts w:ascii="Arial" w:hAnsi="Arial"/>
          <w:sz w:val="16"/>
        </w:rPr>
        <w:t>General origin worksheet - use a required official/preference form when applicable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Certificate / Invoice Ref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Country of Export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Date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Country of Destination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Exporter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Transport / Shipment Ref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Consignee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Authorized Signer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Item / SKU</w:t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Description of Goods</w:t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HS / Tariff Ref</w:t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Quantity</w:t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Country of Origin</w:t>
            </w:r>
          </w:p>
        </w:tc>
      </w:tr>
      <w:tr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909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r>
        <w:rPr>
          <w:rFonts w:ascii="Arial" w:hAnsi="Arial"/>
          <w:sz w:val="16"/>
        </w:rPr>
        <w:t>Totals / Notes: ______________________________________________________________________________________________</w:t>
      </w:r>
    </w:p>
    <w:p>
      <w:r>
        <w:rPr>
          <w:sz w:val="18"/>
        </w:rPr>
        <w:t>Certification / declaration (as required): __________________________________________________________________________</w:t>
      </w:r>
    </w:p>
    <w:p>
      <w:r>
        <w:rPr>
          <w:sz w:val="18"/>
        </w:rPr>
        <w:t>Authorized signature: ____________________   Title: ____________________   Date: __________</w:t>
      </w:r>
    </w:p>
    <w:p>
      <w:pPr>
        <w:jc w:val="center"/>
      </w:pPr>
      <w:r>
        <w:rPr>
          <w:rFonts w:ascii="Arial" w:hAnsi="Arial"/>
          <w:sz w:val="14"/>
        </w:rPr>
        <w:t>Free template from ShippingPaperwork.com - General preparation aid; requirements vary by shipment.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