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COMMERCIAL INVOICE - BLANK TEMPLATE</w:t>
      </w:r>
    </w:p>
    <w:p>
      <w:pPr>
        <w:jc w:val="center"/>
      </w:pPr>
      <w:r>
        <w:rPr>
          <w:rFonts w:ascii="Arial" w:hAnsi="Arial"/>
          <w:sz w:val="16"/>
        </w:rPr>
        <w:t>General export invoice worksheet - verify customs/broker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Invoice Number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Country of Export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Invoice Date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Country of Destination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Exporter / Seller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Currency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Buyer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Terms / Incoterm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Ship To / Consignee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</w:tcPr>
          <w:p/>
        </w:tc>
        <w:tc>
          <w:tcPr>
            <w:tcW w:type="dxa" w:w="3636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Item / SKU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Description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HS Code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Origin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Qty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Unit Price</w:t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Line Value</w:t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78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r>
        <w:rPr>
          <w:rFonts w:ascii="Arial" w:hAnsi="Arial"/>
          <w:sz w:val="16"/>
        </w:rPr>
        <w:t>Totals / Notes: ______________________________________________________________________________________________</w:t>
      </w:r>
    </w:p>
    <w:p>
      <w:r>
        <w:rPr>
          <w:sz w:val="18"/>
        </w:rPr>
        <w:t>Prepared by: ____________________   Date: __________   Approval / signature (if required): ____________________</w:t>
      </w:r>
    </w:p>
    <w:p>
      <w:pPr>
        <w:jc w:val="center"/>
      </w:pPr>
      <w:r>
        <w:rPr>
          <w:rFonts w:ascii="Arial" w:hAnsi="Arial"/>
          <w:sz w:val="14"/>
        </w:rPr>
        <w:t>Free template from ShippingPaperwork.com - General preparation aid; requirements vary by shipment.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