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PACKING LIST - BLANK TEMPLATE</w:t>
      </w:r>
    </w:p>
    <w:p>
      <w:pPr>
        <w:jc w:val="center"/>
      </w:pPr>
      <w:r>
        <w:rPr>
          <w:rFonts w:ascii="Arial" w:hAnsi="Arial"/>
          <w:sz w:val="16"/>
        </w:rPr>
        <w:t>General packing worksheet - verify customer/carrier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Packing List Number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Invoice / PO Reference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Date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Carrier / Shipment Ref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Shipper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Total Packages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Consignee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Total Gross Weight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Package / Carton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Item / SKU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Description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Qty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Net Weight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Gross Weight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Dimensions</w:t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r>
        <w:rPr>
          <w:rFonts w:ascii="Arial" w:hAnsi="Arial"/>
          <w:sz w:val="16"/>
        </w:rPr>
        <w:t>Totals / Notes: ______________________________________________________________________________________________</w:t>
      </w:r>
    </w:p>
    <w:p>
      <w:r>
        <w:rPr>
          <w:sz w:val="18"/>
        </w:rPr>
        <w:t>Prepared by: ____________________   Date: __________   Approval / signature (if required): ____________________</w:t>
      </w:r>
    </w:p>
    <w:p>
      <w:pPr>
        <w:jc w:val="center"/>
      </w:pPr>
      <w:r>
        <w:rPr>
          <w:rFonts w:ascii="Arial" w:hAnsi="Arial"/>
          <w:sz w:val="14"/>
        </w:rPr>
        <w:t>Free template from ShippingPaperwork.com - General preparation aid; requirements vary by shipment.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